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C6949" w14:textId="533C3D46" w:rsidR="00990EC1" w:rsidRPr="002A48C2" w:rsidRDefault="00AF7F41" w:rsidP="002A48C2">
      <w:pPr>
        <w:spacing w:after="20"/>
        <w:jc w:val="center"/>
        <w:rPr>
          <w:rFonts w:ascii="Arial" w:hAnsi="Arial" w:cs="Arial"/>
          <w:sz w:val="24"/>
          <w:szCs w:val="24"/>
        </w:rPr>
      </w:pPr>
      <w:r w:rsidRPr="002A48C2">
        <w:rPr>
          <w:rFonts w:ascii="Arial" w:hAnsi="Arial" w:cs="Arial"/>
          <w:b/>
          <w:sz w:val="24"/>
          <w:szCs w:val="24"/>
        </w:rPr>
        <w:t>FUQUAY-VARINA WOMAN’S CLUB</w:t>
      </w:r>
      <w:r w:rsidR="002A48C2" w:rsidRPr="002A48C2">
        <w:rPr>
          <w:rFonts w:ascii="Arial" w:hAnsi="Arial" w:cs="Arial"/>
          <w:sz w:val="24"/>
          <w:szCs w:val="24"/>
        </w:rPr>
        <w:t xml:space="preserve"> </w:t>
      </w:r>
      <w:r w:rsidRPr="002A48C2">
        <w:rPr>
          <w:rFonts w:ascii="Arial" w:hAnsi="Arial" w:cs="Arial"/>
          <w:b/>
          <w:color w:val="74897F"/>
          <w:sz w:val="24"/>
          <w:szCs w:val="24"/>
        </w:rPr>
        <w:t>RENTAL GUIDELINES</w:t>
      </w:r>
    </w:p>
    <w:p w14:paraId="14EFDF07" w14:textId="73902991" w:rsidR="00990EC1" w:rsidRPr="002A48C2" w:rsidRDefault="00AF7F41">
      <w:pPr>
        <w:spacing w:after="80"/>
        <w:jc w:val="center"/>
        <w:rPr>
          <w:rFonts w:ascii="Arial" w:hAnsi="Arial" w:cs="Arial"/>
          <w:b/>
          <w:bCs/>
          <w:sz w:val="18"/>
          <w:szCs w:val="18"/>
        </w:rPr>
      </w:pPr>
      <w:r w:rsidRPr="002A48C2">
        <w:rPr>
          <w:rFonts w:ascii="Arial" w:hAnsi="Arial" w:cs="Arial"/>
          <w:b/>
          <w:bCs/>
          <w:color w:val="586868"/>
          <w:sz w:val="18"/>
          <w:szCs w:val="18"/>
        </w:rPr>
        <w:t xml:space="preserve">602 North Ennis </w:t>
      </w:r>
      <w:proofErr w:type="gramStart"/>
      <w:r w:rsidRPr="002A48C2">
        <w:rPr>
          <w:rFonts w:ascii="Arial" w:hAnsi="Arial" w:cs="Arial"/>
          <w:b/>
          <w:bCs/>
          <w:color w:val="586868"/>
          <w:sz w:val="18"/>
          <w:szCs w:val="18"/>
        </w:rPr>
        <w:t>Street  •</w:t>
      </w:r>
      <w:proofErr w:type="gramEnd"/>
      <w:r w:rsidRPr="002A48C2">
        <w:rPr>
          <w:rFonts w:ascii="Arial" w:hAnsi="Arial" w:cs="Arial"/>
          <w:b/>
          <w:bCs/>
          <w:color w:val="586868"/>
          <w:sz w:val="18"/>
          <w:szCs w:val="18"/>
        </w:rPr>
        <w:t xml:space="preserve">  Fuquay Varina, NC 27526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0"/>
        <w:gridCol w:w="8366"/>
        <w:gridCol w:w="45"/>
      </w:tblGrid>
      <w:tr w:rsidR="00990EC1" w14:paraId="560D565D" w14:textId="77777777">
        <w:trPr>
          <w:gridAfter w:val="1"/>
          <w:wAfter w:w="45" w:type="dxa"/>
        </w:trPr>
        <w:tc>
          <w:tcPr>
            <w:tcW w:w="10166" w:type="dxa"/>
            <w:gridSpan w:val="2"/>
            <w:shd w:val="clear" w:color="auto" w:fill="EFF2EF"/>
            <w:tcMar>
              <w:top w:w="110" w:type="dxa"/>
              <w:left w:w="160" w:type="dxa"/>
              <w:bottom w:w="110" w:type="dxa"/>
              <w:right w:w="140" w:type="dxa"/>
            </w:tcMar>
          </w:tcPr>
          <w:p w14:paraId="514BCA49" w14:textId="38B33B2E" w:rsidR="00990EC1" w:rsidRPr="00880B9D" w:rsidRDefault="00AF7F41" w:rsidP="002A48C2">
            <w:pPr>
              <w:spacing w:after="40"/>
              <w:jc w:val="center"/>
              <w:rPr>
                <w:rFonts w:ascii="Arial" w:hAnsi="Arial" w:cs="Arial"/>
                <w:i/>
                <w:iCs/>
                <w:color w:val="EE0000"/>
                <w:sz w:val="20"/>
                <w:szCs w:val="20"/>
              </w:rPr>
            </w:pPr>
            <w:r w:rsidRPr="002A48C2">
              <w:rPr>
                <w:rFonts w:ascii="Arial" w:hAnsi="Arial" w:cs="Arial"/>
                <w:b/>
                <w:color w:val="74897F"/>
                <w:sz w:val="20"/>
                <w:szCs w:val="20"/>
              </w:rPr>
              <w:t xml:space="preserve">RENTAL </w:t>
            </w:r>
            <w:proofErr w:type="gramStart"/>
            <w:r w:rsidRPr="002A48C2">
              <w:rPr>
                <w:rFonts w:ascii="Arial" w:hAnsi="Arial" w:cs="Arial"/>
                <w:b/>
                <w:color w:val="74897F"/>
                <w:sz w:val="20"/>
                <w:szCs w:val="20"/>
              </w:rPr>
              <w:t>CONTACT</w:t>
            </w:r>
            <w:r w:rsidR="002A48C2">
              <w:rPr>
                <w:rFonts w:ascii="Arial" w:hAnsi="Arial" w:cs="Arial"/>
                <w:b/>
                <w:color w:val="74897F"/>
                <w:sz w:val="20"/>
                <w:szCs w:val="20"/>
              </w:rPr>
              <w:t xml:space="preserve"> </w:t>
            </w:r>
            <w:r w:rsidRPr="002A48C2">
              <w:rPr>
                <w:rFonts w:ascii="Arial" w:hAnsi="Arial" w:cs="Arial"/>
                <w:b/>
                <w:color w:val="74897F"/>
                <w:sz w:val="20"/>
                <w:szCs w:val="20"/>
              </w:rPr>
              <w:t xml:space="preserve"> </w:t>
            </w:r>
            <w:r w:rsidR="00880B9D">
              <w:rPr>
                <w:rFonts w:ascii="Arial" w:hAnsi="Arial" w:cs="Arial"/>
                <w:b/>
                <w:color w:val="74897F"/>
                <w:sz w:val="20"/>
                <w:szCs w:val="20"/>
              </w:rPr>
              <w:t>(</w:t>
            </w:r>
            <w:proofErr w:type="gramEnd"/>
            <w:r w:rsidRPr="002A48C2">
              <w:rPr>
                <w:rFonts w:ascii="Arial" w:hAnsi="Arial" w:cs="Arial"/>
                <w:sz w:val="20"/>
                <w:szCs w:val="20"/>
              </w:rPr>
              <w:t>Rental Coordinator</w:t>
            </w:r>
            <w:r w:rsidR="00880B9D">
              <w:rPr>
                <w:rFonts w:ascii="Arial" w:hAnsi="Arial" w:cs="Arial"/>
                <w:sz w:val="20"/>
                <w:szCs w:val="20"/>
              </w:rPr>
              <w:t>)</w:t>
            </w:r>
            <w:r w:rsidRPr="002A48C2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880B9D">
              <w:rPr>
                <w:rFonts w:ascii="Arial" w:hAnsi="Arial" w:cs="Arial"/>
                <w:i/>
                <w:iCs/>
                <w:color w:val="EE0000"/>
                <w:sz w:val="20"/>
                <w:szCs w:val="20"/>
              </w:rPr>
              <w:t xml:space="preserve">(Rental phone # &amp; </w:t>
            </w:r>
            <w:r w:rsidR="001360B1">
              <w:rPr>
                <w:rFonts w:ascii="Arial" w:hAnsi="Arial" w:cs="Arial"/>
                <w:i/>
                <w:iCs/>
                <w:color w:val="EE0000"/>
                <w:sz w:val="20"/>
                <w:szCs w:val="20"/>
              </w:rPr>
              <w:t>FVWCRentals@gmail.com</w:t>
            </w:r>
            <w:r w:rsidR="00880B9D">
              <w:rPr>
                <w:rFonts w:ascii="Arial" w:hAnsi="Arial" w:cs="Arial"/>
                <w:i/>
                <w:iCs/>
                <w:color w:val="EE0000"/>
                <w:sz w:val="20"/>
                <w:szCs w:val="20"/>
              </w:rPr>
              <w:t>)</w:t>
            </w:r>
          </w:p>
          <w:p w14:paraId="639C3BF1" w14:textId="77777777" w:rsidR="00990EC1" w:rsidRPr="002A48C2" w:rsidRDefault="00AF7F41" w:rsidP="002A48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48C2">
              <w:rPr>
                <w:rFonts w:ascii="Arial" w:hAnsi="Arial" w:cs="Arial"/>
                <w:b/>
                <w:sz w:val="20"/>
                <w:szCs w:val="20"/>
              </w:rPr>
              <w:t xml:space="preserve">Mailing address: </w:t>
            </w:r>
            <w:r w:rsidRPr="002A48C2">
              <w:rPr>
                <w:rFonts w:ascii="Arial" w:hAnsi="Arial" w:cs="Arial"/>
                <w:sz w:val="20"/>
                <w:szCs w:val="20"/>
              </w:rPr>
              <w:t>726 N Mainstreet, Suite #602, Fuquay Varina, NC 27526</w:t>
            </w:r>
          </w:p>
          <w:p w14:paraId="7BB47C31" w14:textId="77777777" w:rsidR="00990EC1" w:rsidRDefault="00AF7F41" w:rsidP="002A48C2">
            <w:pPr>
              <w:jc w:val="center"/>
            </w:pPr>
            <w:r w:rsidRPr="002A48C2">
              <w:rPr>
                <w:rFonts w:ascii="Arial" w:hAnsi="Arial" w:cs="Arial"/>
                <w:b/>
                <w:sz w:val="20"/>
                <w:szCs w:val="20"/>
              </w:rPr>
              <w:t xml:space="preserve">Maximum clubhouse capacity: </w:t>
            </w:r>
            <w:r w:rsidRPr="002A48C2">
              <w:rPr>
                <w:rFonts w:ascii="Arial" w:hAnsi="Arial" w:cs="Arial"/>
                <w:sz w:val="20"/>
                <w:szCs w:val="20"/>
              </w:rPr>
              <w:t>71 people (Fuquay-Varina Fire Department fire code)</w:t>
            </w:r>
          </w:p>
        </w:tc>
      </w:tr>
      <w:tr w:rsidR="00990EC1" w14:paraId="09695C9C" w14:textId="77777777" w:rsidTr="00880B9D">
        <w:tc>
          <w:tcPr>
            <w:tcW w:w="1800" w:type="dxa"/>
            <w:tcBorders>
              <w:bottom w:val="single" w:sz="4" w:space="0" w:color="E1E5E1"/>
            </w:tcBorders>
            <w:shd w:val="clear" w:color="auto" w:fill="F5F6F3"/>
            <w:tcMar>
              <w:top w:w="152" w:type="dxa"/>
              <w:left w:w="115" w:type="dxa"/>
              <w:bottom w:w="152" w:type="dxa"/>
              <w:right w:w="75" w:type="dxa"/>
            </w:tcMar>
          </w:tcPr>
          <w:p w14:paraId="58B723A5" w14:textId="77777777" w:rsidR="00990EC1" w:rsidRPr="00004EA2" w:rsidRDefault="00AF7F41">
            <w:pPr>
              <w:rPr>
                <w:rFonts w:ascii="Arial" w:hAnsi="Arial" w:cs="Arial"/>
                <w:sz w:val="20"/>
                <w:szCs w:val="20"/>
              </w:rPr>
            </w:pPr>
            <w:r w:rsidRPr="00004EA2">
              <w:rPr>
                <w:rFonts w:ascii="Arial" w:hAnsi="Arial" w:cs="Arial"/>
                <w:b/>
                <w:color w:val="74897F"/>
                <w:sz w:val="20"/>
                <w:szCs w:val="20"/>
              </w:rPr>
              <w:t>ACCESS</w:t>
            </w:r>
          </w:p>
        </w:tc>
        <w:tc>
          <w:tcPr>
            <w:tcW w:w="8411" w:type="dxa"/>
            <w:gridSpan w:val="2"/>
            <w:tcBorders>
              <w:bottom w:val="single" w:sz="4" w:space="0" w:color="E1E5E1"/>
            </w:tcBorders>
            <w:tcMar>
              <w:top w:w="152" w:type="dxa"/>
              <w:left w:w="150" w:type="dxa"/>
              <w:bottom w:w="152" w:type="dxa"/>
              <w:right w:w="80" w:type="dxa"/>
            </w:tcMar>
          </w:tcPr>
          <w:p w14:paraId="04DF666F" w14:textId="77777777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>Front-door keyless entry information will be provided 24 hours before your rental through your preferred contact method.</w:t>
            </w:r>
          </w:p>
        </w:tc>
      </w:tr>
      <w:tr w:rsidR="00990EC1" w14:paraId="45F0284F" w14:textId="77777777" w:rsidTr="00880B9D">
        <w:tc>
          <w:tcPr>
            <w:tcW w:w="1800" w:type="dxa"/>
            <w:tcBorders>
              <w:bottom w:val="single" w:sz="4" w:space="0" w:color="E1E5E1"/>
            </w:tcBorders>
            <w:shd w:val="clear" w:color="auto" w:fill="F5F6F3"/>
            <w:tcMar>
              <w:top w:w="152" w:type="dxa"/>
              <w:left w:w="115" w:type="dxa"/>
              <w:bottom w:w="152" w:type="dxa"/>
              <w:right w:w="75" w:type="dxa"/>
            </w:tcMar>
          </w:tcPr>
          <w:p w14:paraId="2A128D90" w14:textId="77777777" w:rsidR="00990EC1" w:rsidRPr="00004EA2" w:rsidRDefault="00AF7F41">
            <w:pPr>
              <w:spacing w:after="44"/>
              <w:rPr>
                <w:rFonts w:ascii="Arial" w:hAnsi="Arial" w:cs="Arial"/>
                <w:sz w:val="20"/>
                <w:szCs w:val="20"/>
              </w:rPr>
            </w:pPr>
            <w:r w:rsidRPr="00004EA2">
              <w:rPr>
                <w:rFonts w:ascii="Arial" w:hAnsi="Arial" w:cs="Arial"/>
                <w:b/>
                <w:color w:val="74897F"/>
                <w:sz w:val="20"/>
                <w:szCs w:val="20"/>
              </w:rPr>
              <w:t>BUILDING &amp; YARD</w:t>
            </w:r>
          </w:p>
        </w:tc>
        <w:tc>
          <w:tcPr>
            <w:tcW w:w="8411" w:type="dxa"/>
            <w:gridSpan w:val="2"/>
            <w:tcBorders>
              <w:bottom w:val="single" w:sz="4" w:space="0" w:color="E1E5E1"/>
            </w:tcBorders>
            <w:tcMar>
              <w:top w:w="152" w:type="dxa"/>
              <w:left w:w="150" w:type="dxa"/>
              <w:bottom w:w="152" w:type="dxa"/>
              <w:right w:w="80" w:type="dxa"/>
            </w:tcMar>
          </w:tcPr>
          <w:p w14:paraId="24CD8C54" w14:textId="604B90C9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after="64"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 xml:space="preserve">NO OPEN FLAMES </w:t>
            </w:r>
            <w:r w:rsidR="003D4B0F">
              <w:rPr>
                <w:rFonts w:ascii="Arial" w:hAnsi="Arial" w:cs="Arial"/>
                <w:sz w:val="22"/>
              </w:rPr>
              <w:t xml:space="preserve">in building or </w:t>
            </w:r>
            <w:r w:rsidRPr="00880B9D">
              <w:rPr>
                <w:rFonts w:ascii="Arial" w:hAnsi="Arial" w:cs="Arial"/>
                <w:sz w:val="22"/>
              </w:rPr>
              <w:t xml:space="preserve">on the property, including grills, smoking products, or food-heating elements such as </w:t>
            </w:r>
            <w:proofErr w:type="spellStart"/>
            <w:r w:rsidRPr="00880B9D">
              <w:rPr>
                <w:rFonts w:ascii="Arial" w:hAnsi="Arial" w:cs="Arial"/>
                <w:sz w:val="22"/>
              </w:rPr>
              <w:t>Sternos</w:t>
            </w:r>
            <w:proofErr w:type="spellEnd"/>
            <w:r w:rsidRPr="00880B9D">
              <w:rPr>
                <w:rFonts w:ascii="Arial" w:hAnsi="Arial" w:cs="Arial"/>
                <w:sz w:val="22"/>
              </w:rPr>
              <w:t>.</w:t>
            </w:r>
          </w:p>
          <w:p w14:paraId="7C8D4323" w14:textId="616CB280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after="64"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>NO adhesives, nails, push pins, or hooks on walls, doors, ceilings, or floors.</w:t>
            </w:r>
          </w:p>
          <w:p w14:paraId="525580A3" w14:textId="7C83B539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after="64"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>No loose, throwable, wet, or sticky celebration items (glitter, silly string, confetti, water balloons, gender-reveal bombs).</w:t>
            </w:r>
          </w:p>
          <w:p w14:paraId="6F5F5EFD" w14:textId="32E0B40D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after="44"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>Do not park on the lawn or in front of driveways.</w:t>
            </w:r>
          </w:p>
          <w:p w14:paraId="3534CED9" w14:textId="679E6418" w:rsidR="00880B9D" w:rsidRPr="00880B9D" w:rsidRDefault="00880B9D" w:rsidP="00880B9D">
            <w:pPr>
              <w:pStyle w:val="ListParagraph"/>
              <w:numPr>
                <w:ilvl w:val="0"/>
                <w:numId w:val="13"/>
              </w:numPr>
              <w:spacing w:after="44"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>Keep noise contained inside the building and do not block residents’ driveways.</w:t>
            </w:r>
          </w:p>
        </w:tc>
      </w:tr>
      <w:tr w:rsidR="00990EC1" w14:paraId="4410138F" w14:textId="77777777" w:rsidTr="00880B9D">
        <w:tc>
          <w:tcPr>
            <w:tcW w:w="1800" w:type="dxa"/>
            <w:tcBorders>
              <w:bottom w:val="single" w:sz="4" w:space="0" w:color="E1E5E1"/>
            </w:tcBorders>
            <w:shd w:val="clear" w:color="auto" w:fill="F5F6F3"/>
            <w:tcMar>
              <w:top w:w="152" w:type="dxa"/>
              <w:left w:w="115" w:type="dxa"/>
              <w:bottom w:w="152" w:type="dxa"/>
              <w:right w:w="75" w:type="dxa"/>
            </w:tcMar>
          </w:tcPr>
          <w:p w14:paraId="2475B33D" w14:textId="77777777" w:rsidR="00990EC1" w:rsidRPr="00004EA2" w:rsidRDefault="00AF7F41">
            <w:pPr>
              <w:rPr>
                <w:rFonts w:ascii="Arial" w:hAnsi="Arial" w:cs="Arial"/>
                <w:sz w:val="20"/>
                <w:szCs w:val="20"/>
              </w:rPr>
            </w:pPr>
            <w:r w:rsidRPr="00004EA2">
              <w:rPr>
                <w:rFonts w:ascii="Arial" w:hAnsi="Arial" w:cs="Arial"/>
                <w:b/>
                <w:color w:val="74897F"/>
                <w:sz w:val="20"/>
                <w:szCs w:val="20"/>
              </w:rPr>
              <w:t>THERMOSTAT</w:t>
            </w:r>
          </w:p>
        </w:tc>
        <w:tc>
          <w:tcPr>
            <w:tcW w:w="8411" w:type="dxa"/>
            <w:gridSpan w:val="2"/>
            <w:tcBorders>
              <w:bottom w:val="single" w:sz="4" w:space="0" w:color="E1E5E1"/>
            </w:tcBorders>
            <w:tcMar>
              <w:top w:w="152" w:type="dxa"/>
              <w:left w:w="150" w:type="dxa"/>
              <w:bottom w:w="152" w:type="dxa"/>
              <w:right w:w="80" w:type="dxa"/>
            </w:tcMar>
          </w:tcPr>
          <w:p w14:paraId="5269E8AD" w14:textId="38ABB0BB" w:rsidR="00990EC1" w:rsidRPr="00880B9D" w:rsidRDefault="00880B9D" w:rsidP="00880B9D">
            <w:pPr>
              <w:pStyle w:val="ListParagraph"/>
              <w:numPr>
                <w:ilvl w:val="0"/>
                <w:numId w:val="13"/>
              </w:numPr>
              <w:spacing w:line="247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Leave</w:t>
            </w:r>
            <w:r w:rsidRPr="00880B9D">
              <w:rPr>
                <w:rFonts w:ascii="Arial" w:hAnsi="Arial" w:cs="Arial"/>
                <w:sz w:val="22"/>
              </w:rPr>
              <w:t xml:space="preserve"> the fan on AUTO year-round. </w:t>
            </w:r>
            <w:r w:rsidR="00BA6A49" w:rsidRPr="00BA6A49">
              <w:rPr>
                <w:rFonts w:ascii="Arial" w:hAnsi="Arial" w:cs="Arial"/>
                <w:sz w:val="22"/>
                <w:u w:val="single"/>
              </w:rPr>
              <w:t>At departure</w:t>
            </w:r>
            <w:proofErr w:type="gramStart"/>
            <w:r w:rsidR="00BA6A49">
              <w:rPr>
                <w:rFonts w:ascii="Arial" w:hAnsi="Arial" w:cs="Arial"/>
                <w:sz w:val="22"/>
              </w:rPr>
              <w:t>:  o</w:t>
            </w:r>
            <w:r w:rsidRPr="00880B9D">
              <w:rPr>
                <w:rFonts w:ascii="Arial" w:hAnsi="Arial" w:cs="Arial"/>
                <w:sz w:val="22"/>
              </w:rPr>
              <w:t>n</w:t>
            </w:r>
            <w:proofErr w:type="gramEnd"/>
            <w:r w:rsidRPr="00880B9D">
              <w:rPr>
                <w:rFonts w:ascii="Arial" w:hAnsi="Arial" w:cs="Arial"/>
                <w:sz w:val="22"/>
              </w:rPr>
              <w:t xml:space="preserve"> cold days, reset to 50°F and leave shutters OPEN</w:t>
            </w:r>
            <w:r w:rsidR="00BA6A49">
              <w:rPr>
                <w:rFonts w:ascii="Arial" w:hAnsi="Arial" w:cs="Arial"/>
                <w:sz w:val="22"/>
              </w:rPr>
              <w:t>; o</w:t>
            </w:r>
            <w:r w:rsidRPr="00880B9D">
              <w:rPr>
                <w:rFonts w:ascii="Arial" w:hAnsi="Arial" w:cs="Arial"/>
                <w:sz w:val="22"/>
              </w:rPr>
              <w:t xml:space="preserve">n warm days, reset to 78°F and gently CLOSE </w:t>
            </w:r>
            <w:r w:rsidR="00BA6A49">
              <w:rPr>
                <w:rFonts w:ascii="Arial" w:hAnsi="Arial" w:cs="Arial"/>
                <w:sz w:val="22"/>
              </w:rPr>
              <w:t xml:space="preserve">all </w:t>
            </w:r>
            <w:r w:rsidRPr="00880B9D">
              <w:rPr>
                <w:rFonts w:ascii="Arial" w:hAnsi="Arial" w:cs="Arial"/>
                <w:sz w:val="22"/>
              </w:rPr>
              <w:t>shutters.</w:t>
            </w:r>
          </w:p>
        </w:tc>
      </w:tr>
      <w:tr w:rsidR="00990EC1" w14:paraId="042FCB60" w14:textId="77777777" w:rsidTr="00880B9D">
        <w:tc>
          <w:tcPr>
            <w:tcW w:w="1800" w:type="dxa"/>
            <w:tcBorders>
              <w:bottom w:val="single" w:sz="4" w:space="0" w:color="E1E5E1"/>
            </w:tcBorders>
            <w:shd w:val="clear" w:color="auto" w:fill="F5F6F3"/>
            <w:tcMar>
              <w:top w:w="152" w:type="dxa"/>
              <w:left w:w="115" w:type="dxa"/>
              <w:bottom w:w="152" w:type="dxa"/>
              <w:right w:w="75" w:type="dxa"/>
            </w:tcMar>
          </w:tcPr>
          <w:p w14:paraId="37CB1F34" w14:textId="77777777" w:rsidR="00990EC1" w:rsidRPr="00004EA2" w:rsidRDefault="00AF7F41">
            <w:pPr>
              <w:spacing w:after="44"/>
              <w:rPr>
                <w:rFonts w:ascii="Arial" w:hAnsi="Arial" w:cs="Arial"/>
                <w:sz w:val="20"/>
                <w:szCs w:val="20"/>
              </w:rPr>
            </w:pPr>
            <w:r w:rsidRPr="00004EA2">
              <w:rPr>
                <w:rFonts w:ascii="Arial" w:hAnsi="Arial" w:cs="Arial"/>
                <w:b/>
                <w:color w:val="74897F"/>
                <w:sz w:val="20"/>
                <w:szCs w:val="20"/>
              </w:rPr>
              <w:t>PLUMBING</w:t>
            </w:r>
          </w:p>
        </w:tc>
        <w:tc>
          <w:tcPr>
            <w:tcW w:w="8411" w:type="dxa"/>
            <w:gridSpan w:val="2"/>
            <w:tcBorders>
              <w:bottom w:val="single" w:sz="4" w:space="0" w:color="E1E5E1"/>
            </w:tcBorders>
            <w:tcMar>
              <w:top w:w="152" w:type="dxa"/>
              <w:left w:w="150" w:type="dxa"/>
              <w:bottom w:w="152" w:type="dxa"/>
              <w:right w:w="80" w:type="dxa"/>
            </w:tcMar>
          </w:tcPr>
          <w:p w14:paraId="0678E7F5" w14:textId="215895BC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after="64"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 xml:space="preserve">The kitchen sink DOES NOT have </w:t>
            </w:r>
            <w:proofErr w:type="gramStart"/>
            <w:r w:rsidRPr="00880B9D">
              <w:rPr>
                <w:rFonts w:ascii="Arial" w:hAnsi="Arial" w:cs="Arial"/>
                <w:sz w:val="22"/>
              </w:rPr>
              <w:t>a garbage</w:t>
            </w:r>
            <w:proofErr w:type="gramEnd"/>
            <w:r w:rsidRPr="00880B9D">
              <w:rPr>
                <w:rFonts w:ascii="Arial" w:hAnsi="Arial" w:cs="Arial"/>
                <w:sz w:val="22"/>
              </w:rPr>
              <w:t xml:space="preserve"> disposal. Put food scraps and waste in the provided trash bag to discard when leaving.</w:t>
            </w:r>
          </w:p>
          <w:p w14:paraId="67676237" w14:textId="0087C70D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after="44" w:line="247" w:lineRule="auto"/>
              <w:rPr>
                <w:rFonts w:ascii="Arial" w:hAnsi="Arial" w:cs="Arial"/>
                <w:sz w:val="22"/>
              </w:rPr>
            </w:pPr>
            <w:r w:rsidRPr="00BA6A49">
              <w:rPr>
                <w:rFonts w:ascii="Arial" w:hAnsi="Arial" w:cs="Arial"/>
                <w:b/>
                <w:bCs/>
                <w:sz w:val="22"/>
              </w:rPr>
              <w:t>ONLY</w:t>
            </w:r>
            <w:r w:rsidRPr="00880B9D">
              <w:rPr>
                <w:rFonts w:ascii="Arial" w:hAnsi="Arial" w:cs="Arial"/>
                <w:sz w:val="22"/>
              </w:rPr>
              <w:t xml:space="preserve"> toilet tissue to be disposed of in the commode.</w:t>
            </w:r>
          </w:p>
        </w:tc>
      </w:tr>
      <w:tr w:rsidR="00990EC1" w14:paraId="0BC00A34" w14:textId="77777777" w:rsidTr="00880B9D">
        <w:tc>
          <w:tcPr>
            <w:tcW w:w="1800" w:type="dxa"/>
            <w:tcBorders>
              <w:bottom w:val="single" w:sz="4" w:space="0" w:color="E1E5E1"/>
            </w:tcBorders>
            <w:shd w:val="clear" w:color="auto" w:fill="F5F6F3"/>
            <w:tcMar>
              <w:top w:w="152" w:type="dxa"/>
              <w:left w:w="115" w:type="dxa"/>
              <w:bottom w:w="152" w:type="dxa"/>
              <w:right w:w="75" w:type="dxa"/>
            </w:tcMar>
          </w:tcPr>
          <w:p w14:paraId="3899CADD" w14:textId="77777777" w:rsidR="00990EC1" w:rsidRPr="00004EA2" w:rsidRDefault="00AF7F41">
            <w:pPr>
              <w:spacing w:after="44"/>
              <w:rPr>
                <w:rFonts w:ascii="Arial" w:hAnsi="Arial" w:cs="Arial"/>
                <w:sz w:val="20"/>
                <w:szCs w:val="20"/>
              </w:rPr>
            </w:pPr>
            <w:r w:rsidRPr="00004EA2">
              <w:rPr>
                <w:rFonts w:ascii="Arial" w:hAnsi="Arial" w:cs="Arial"/>
                <w:b/>
                <w:color w:val="74897F"/>
                <w:sz w:val="20"/>
                <w:szCs w:val="20"/>
              </w:rPr>
              <w:t>FINAL CLEANUP</w:t>
            </w:r>
          </w:p>
        </w:tc>
        <w:tc>
          <w:tcPr>
            <w:tcW w:w="8411" w:type="dxa"/>
            <w:gridSpan w:val="2"/>
            <w:tcBorders>
              <w:bottom w:val="single" w:sz="4" w:space="0" w:color="E1E5E1"/>
            </w:tcBorders>
            <w:tcMar>
              <w:top w:w="152" w:type="dxa"/>
              <w:left w:w="150" w:type="dxa"/>
              <w:bottom w:w="152" w:type="dxa"/>
              <w:right w:w="80" w:type="dxa"/>
            </w:tcMar>
          </w:tcPr>
          <w:p w14:paraId="7F084178" w14:textId="510EA2DE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after="64"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>Bag non-recyclable trash and take it to the green FV Town rolling container on Faucette Street.</w:t>
            </w:r>
          </w:p>
          <w:p w14:paraId="7AC499D7" w14:textId="6B4EF821" w:rsidR="00990EC1" w:rsidRPr="00880B9D" w:rsidRDefault="00BA6A49" w:rsidP="00880B9D">
            <w:pPr>
              <w:pStyle w:val="ListParagraph"/>
              <w:numPr>
                <w:ilvl w:val="0"/>
                <w:numId w:val="13"/>
              </w:numPr>
              <w:spacing w:after="64" w:line="247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R</w:t>
            </w:r>
            <w:r w:rsidRPr="00880B9D">
              <w:rPr>
                <w:rFonts w:ascii="Arial" w:hAnsi="Arial" w:cs="Arial"/>
                <w:sz w:val="22"/>
              </w:rPr>
              <w:t xml:space="preserve">ecyclables in the blue container </w:t>
            </w:r>
            <w:r w:rsidR="002C1B82">
              <w:rPr>
                <w:rFonts w:ascii="Arial" w:hAnsi="Arial" w:cs="Arial"/>
                <w:sz w:val="22"/>
              </w:rPr>
              <w:t xml:space="preserve">inside </w:t>
            </w:r>
            <w:r w:rsidRPr="00880B9D">
              <w:rPr>
                <w:rFonts w:ascii="Arial" w:hAnsi="Arial" w:cs="Arial"/>
                <w:sz w:val="22"/>
              </w:rPr>
              <w:t>near the kitchen door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="003C3B27">
              <w:rPr>
                <w:rFonts w:ascii="Arial" w:hAnsi="Arial" w:cs="Arial"/>
                <w:sz w:val="22"/>
              </w:rPr>
              <w:t>must</w:t>
            </w:r>
            <w:r>
              <w:rPr>
                <w:rFonts w:ascii="Arial" w:hAnsi="Arial" w:cs="Arial"/>
                <w:sz w:val="22"/>
              </w:rPr>
              <w:t xml:space="preserve"> be dumped</w:t>
            </w:r>
            <w:r w:rsidRPr="00880B9D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in </w:t>
            </w:r>
            <w:r w:rsidRPr="00880B9D">
              <w:rPr>
                <w:rFonts w:ascii="Arial" w:hAnsi="Arial" w:cs="Arial"/>
                <w:sz w:val="22"/>
              </w:rPr>
              <w:t>the blue FV Town rolling container on Faucette Street</w:t>
            </w:r>
            <w:r w:rsidR="007920CF">
              <w:rPr>
                <w:rFonts w:ascii="Arial" w:hAnsi="Arial" w:cs="Arial"/>
                <w:sz w:val="22"/>
              </w:rPr>
              <w:t xml:space="preserve">. 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="007920CF">
              <w:rPr>
                <w:rFonts w:ascii="Arial" w:hAnsi="Arial" w:cs="Arial"/>
                <w:sz w:val="22"/>
              </w:rPr>
              <w:t>P</w:t>
            </w:r>
            <w:r w:rsidR="003F769E">
              <w:rPr>
                <w:rFonts w:ascii="Arial" w:hAnsi="Arial" w:cs="Arial"/>
                <w:sz w:val="22"/>
              </w:rPr>
              <w:t xml:space="preserve">lastic </w:t>
            </w:r>
            <w:proofErr w:type="gramStart"/>
            <w:r w:rsidR="003F769E">
              <w:rPr>
                <w:rFonts w:ascii="Arial" w:hAnsi="Arial" w:cs="Arial"/>
                <w:sz w:val="22"/>
              </w:rPr>
              <w:t>bag</w:t>
            </w:r>
            <w:proofErr w:type="gramEnd"/>
            <w:r w:rsidR="003F769E">
              <w:rPr>
                <w:rFonts w:ascii="Arial" w:hAnsi="Arial" w:cs="Arial"/>
                <w:sz w:val="22"/>
              </w:rPr>
              <w:t xml:space="preserve"> not permitted in </w:t>
            </w:r>
            <w:proofErr w:type="gramStart"/>
            <w:r w:rsidR="003F769E">
              <w:rPr>
                <w:rFonts w:ascii="Arial" w:hAnsi="Arial" w:cs="Arial"/>
                <w:sz w:val="22"/>
              </w:rPr>
              <w:t>recycle</w:t>
            </w:r>
            <w:proofErr w:type="gramEnd"/>
            <w:r w:rsidR="003F769E">
              <w:rPr>
                <w:rFonts w:ascii="Arial" w:hAnsi="Arial" w:cs="Arial"/>
                <w:sz w:val="22"/>
              </w:rPr>
              <w:t xml:space="preserve"> containers.</w:t>
            </w:r>
          </w:p>
          <w:p w14:paraId="634EDA0B" w14:textId="1147BE90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after="64"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>Vacuum floors and rugs; mop if needed. Leave vacuums outside the kitchen closet against the outer wall.</w:t>
            </w:r>
          </w:p>
          <w:p w14:paraId="630FCB75" w14:textId="41F87153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after="64"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>Discard or take home all food, beverages, and decorations.</w:t>
            </w:r>
          </w:p>
          <w:p w14:paraId="6FFD442F" w14:textId="69F5D34C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after="64"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>Wash, dry, and return kitchen utensils and serving items to their original places. Empty and clean the coffee maker.</w:t>
            </w:r>
          </w:p>
          <w:p w14:paraId="622DA281" w14:textId="6ACE2D1A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after="44"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>RESET furniture and decor as found. Return folded white tables to the kitchen, with handles facing outward; store behind the kitchen door.</w:t>
            </w:r>
          </w:p>
        </w:tc>
      </w:tr>
      <w:tr w:rsidR="00990EC1" w14:paraId="50ACA908" w14:textId="77777777" w:rsidTr="00880B9D">
        <w:tc>
          <w:tcPr>
            <w:tcW w:w="1800" w:type="dxa"/>
            <w:tcBorders>
              <w:bottom w:val="single" w:sz="4" w:space="0" w:color="E1E5E1"/>
            </w:tcBorders>
            <w:shd w:val="clear" w:color="auto" w:fill="F5F6F3"/>
            <w:tcMar>
              <w:top w:w="152" w:type="dxa"/>
              <w:left w:w="115" w:type="dxa"/>
              <w:bottom w:w="152" w:type="dxa"/>
              <w:right w:w="75" w:type="dxa"/>
            </w:tcMar>
          </w:tcPr>
          <w:p w14:paraId="61543079" w14:textId="77777777" w:rsidR="00990EC1" w:rsidRPr="00004EA2" w:rsidRDefault="00AF7F41">
            <w:pPr>
              <w:spacing w:after="44"/>
              <w:rPr>
                <w:rFonts w:ascii="Arial" w:hAnsi="Arial" w:cs="Arial"/>
                <w:sz w:val="20"/>
                <w:szCs w:val="20"/>
              </w:rPr>
            </w:pPr>
            <w:r w:rsidRPr="00004EA2">
              <w:rPr>
                <w:rFonts w:ascii="Arial" w:hAnsi="Arial" w:cs="Arial"/>
                <w:b/>
                <w:color w:val="74897F"/>
                <w:sz w:val="20"/>
                <w:szCs w:val="20"/>
              </w:rPr>
              <w:t>BEFORE EXITING</w:t>
            </w:r>
          </w:p>
        </w:tc>
        <w:tc>
          <w:tcPr>
            <w:tcW w:w="8411" w:type="dxa"/>
            <w:gridSpan w:val="2"/>
            <w:tcBorders>
              <w:bottom w:val="single" w:sz="4" w:space="0" w:color="E1E5E1"/>
            </w:tcBorders>
            <w:tcMar>
              <w:top w:w="152" w:type="dxa"/>
              <w:left w:w="150" w:type="dxa"/>
              <w:bottom w:w="152" w:type="dxa"/>
              <w:right w:w="80" w:type="dxa"/>
            </w:tcMar>
          </w:tcPr>
          <w:p w14:paraId="75D48C03" w14:textId="2F7FBED1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after="64"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>Adjust the thermostat as directed above. Turn OFF all lights</w:t>
            </w:r>
            <w:r w:rsidR="00512286">
              <w:rPr>
                <w:rFonts w:ascii="Arial" w:hAnsi="Arial" w:cs="Arial"/>
                <w:sz w:val="22"/>
              </w:rPr>
              <w:t xml:space="preserve"> including</w:t>
            </w:r>
            <w:r w:rsidR="000173D9">
              <w:rPr>
                <w:rFonts w:ascii="Arial" w:hAnsi="Arial" w:cs="Arial"/>
                <w:sz w:val="22"/>
              </w:rPr>
              <w:t xml:space="preserve"> porch lights</w:t>
            </w:r>
            <w:r w:rsidRPr="00880B9D">
              <w:rPr>
                <w:rFonts w:ascii="Arial" w:hAnsi="Arial" w:cs="Arial"/>
                <w:sz w:val="22"/>
              </w:rPr>
              <w:t>, the kitchen oven and stove, and the coffee maker.</w:t>
            </w:r>
          </w:p>
          <w:p w14:paraId="760C4B2B" w14:textId="149A8D72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after="44"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>Engage bolts on the back door and lock the front door as you exit.</w:t>
            </w:r>
          </w:p>
        </w:tc>
      </w:tr>
    </w:tbl>
    <w:p w14:paraId="575FD08C" w14:textId="430723F2" w:rsidR="00BA6A49" w:rsidRDefault="00A7682C" w:rsidP="00CC79BE">
      <w:pPr>
        <w:spacing w:after="120" w:line="240" w:lineRule="auto"/>
        <w:jc w:val="center"/>
        <w:rPr>
          <w:rFonts w:ascii="Arial" w:hAnsi="Arial" w:cs="Arial"/>
          <w:b/>
          <w:color w:val="74897F"/>
          <w:sz w:val="22"/>
        </w:rPr>
      </w:pPr>
      <w:r w:rsidRPr="00483CD7">
        <w:rPr>
          <w:rFonts w:ascii="Arial" w:hAnsi="Arial" w:cs="Arial"/>
          <w:b/>
          <w:color w:val="C00000"/>
          <w:sz w:val="22"/>
        </w:rPr>
        <w:t>║</w:t>
      </w:r>
      <w:r w:rsidR="007353A5" w:rsidRPr="00483CD7">
        <w:rPr>
          <w:rFonts w:ascii="Arial" w:hAnsi="Arial" w:cs="Arial"/>
          <w:b/>
          <w:color w:val="C00000"/>
          <w:sz w:val="22"/>
        </w:rPr>
        <w:t>╟║</w:t>
      </w:r>
      <w:r w:rsidRPr="00BA6A49">
        <w:rPr>
          <w:rFonts w:ascii="Arial" w:hAnsi="Arial" w:cs="Arial"/>
          <w:b/>
          <w:color w:val="74897F"/>
          <w:sz w:val="22"/>
        </w:rPr>
        <w:t>Thank you for using the FVWC clubhou</w:t>
      </w:r>
      <w:r w:rsidR="008836E7">
        <w:rPr>
          <w:rFonts w:ascii="Arial" w:hAnsi="Arial" w:cs="Arial"/>
          <w:b/>
          <w:color w:val="74897F"/>
          <w:sz w:val="22"/>
        </w:rPr>
        <w:t>se</w:t>
      </w:r>
      <w:r w:rsidR="007715DA" w:rsidRPr="00483CD7">
        <w:rPr>
          <w:rFonts w:ascii="Arial" w:hAnsi="Arial" w:cs="Arial"/>
          <w:b/>
          <w:color w:val="C00000"/>
          <w:sz w:val="22"/>
        </w:rPr>
        <w:t>║</w:t>
      </w:r>
      <w:r w:rsidR="006E29F5" w:rsidRPr="00483CD7">
        <w:rPr>
          <w:rFonts w:ascii="Arial" w:hAnsi="Arial" w:cs="Arial"/>
          <w:b/>
          <w:color w:val="C00000"/>
          <w:sz w:val="22"/>
        </w:rPr>
        <w:t>╢</w:t>
      </w:r>
      <w:r w:rsidR="00483CD7" w:rsidRPr="00483CD7">
        <w:rPr>
          <w:rFonts w:ascii="Arial" w:hAnsi="Arial" w:cs="Arial"/>
          <w:b/>
          <w:color w:val="C00000"/>
          <w:sz w:val="22"/>
        </w:rPr>
        <w:t>║</w:t>
      </w:r>
    </w:p>
    <w:p w14:paraId="798C6E2D" w14:textId="77777777" w:rsidR="00125A2C" w:rsidRDefault="00AF7F41" w:rsidP="00125A2C">
      <w:pPr>
        <w:spacing w:after="120" w:line="240" w:lineRule="auto"/>
        <w:jc w:val="center"/>
        <w:rPr>
          <w:rFonts w:ascii="Arial" w:hAnsi="Arial" w:cs="Arial"/>
          <w:sz w:val="22"/>
        </w:rPr>
      </w:pPr>
      <w:r w:rsidRPr="00BA6A49">
        <w:rPr>
          <w:rFonts w:ascii="Arial" w:hAnsi="Arial" w:cs="Arial"/>
          <w:sz w:val="22"/>
        </w:rPr>
        <w:t>Please share comments and suggestions in the Rental Notebook</w:t>
      </w:r>
      <w:r w:rsidR="00BA6A49">
        <w:rPr>
          <w:rFonts w:ascii="Arial" w:hAnsi="Arial" w:cs="Arial"/>
          <w:sz w:val="22"/>
        </w:rPr>
        <w:t xml:space="preserve"> on </w:t>
      </w:r>
      <w:r w:rsidR="00B310F6">
        <w:rPr>
          <w:rFonts w:ascii="Arial" w:hAnsi="Arial" w:cs="Arial"/>
          <w:sz w:val="22"/>
        </w:rPr>
        <w:t xml:space="preserve">white </w:t>
      </w:r>
      <w:r w:rsidR="00BA6A49">
        <w:rPr>
          <w:rFonts w:ascii="Arial" w:hAnsi="Arial" w:cs="Arial"/>
          <w:sz w:val="22"/>
        </w:rPr>
        <w:t>kitchen cabinet wall</w:t>
      </w:r>
      <w:r w:rsidR="00EB1E84">
        <w:rPr>
          <w:rFonts w:ascii="Arial" w:hAnsi="Arial" w:cs="Arial"/>
          <w:sz w:val="22"/>
        </w:rPr>
        <w:t xml:space="preserve"> near window</w:t>
      </w:r>
      <w:r w:rsidRPr="00BA6A49">
        <w:rPr>
          <w:rFonts w:ascii="Arial" w:hAnsi="Arial" w:cs="Arial"/>
          <w:sz w:val="22"/>
        </w:rPr>
        <w:t xml:space="preserve">. </w:t>
      </w:r>
      <w:r w:rsidRPr="00EB1E84">
        <w:rPr>
          <w:rFonts w:ascii="Arial" w:hAnsi="Arial" w:cs="Arial"/>
          <w:b/>
          <w:bCs/>
          <w:color w:val="548DD4" w:themeColor="text2" w:themeTint="99"/>
          <w:sz w:val="22"/>
        </w:rPr>
        <w:t>We hope you will come back!</w:t>
      </w:r>
    </w:p>
    <w:p w14:paraId="5C0DAA66" w14:textId="353F5BE5" w:rsidR="000C0E51" w:rsidRPr="009E2D95" w:rsidRDefault="001803E5" w:rsidP="00C86308">
      <w:pPr>
        <w:rPr>
          <w:rFonts w:ascii="Arial" w:hAnsi="Arial" w:cs="Arial"/>
          <w:sz w:val="18"/>
          <w:szCs w:val="18"/>
        </w:rPr>
      </w:pPr>
      <w:r w:rsidRPr="001803E5">
        <w:rPr>
          <w:rFonts w:ascii="Arial" w:hAnsi="Arial" w:cs="Arial"/>
          <w:i/>
          <w:iCs/>
          <w:sz w:val="16"/>
          <w:szCs w:val="16"/>
        </w:rPr>
        <w:t>(Rev.10/2026)</w:t>
      </w:r>
      <w:r w:rsidR="00964039">
        <w:rPr>
          <w:rFonts w:ascii="Arial" w:hAnsi="Arial" w:cs="Arial"/>
          <w:i/>
          <w:iCs/>
          <w:sz w:val="16"/>
          <w:szCs w:val="16"/>
        </w:rPr>
        <w:t xml:space="preserve">                      </w:t>
      </w:r>
    </w:p>
    <w:sectPr w:rsidR="000C0E51" w:rsidRPr="009E2D95" w:rsidSect="002A48C2">
      <w:pgSz w:w="12240" w:h="15840"/>
      <w:pgMar w:top="720" w:right="1008" w:bottom="720" w:left="1008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5E4BA3"/>
    <w:multiLevelType w:val="hybridMultilevel"/>
    <w:tmpl w:val="C3D8E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2F0B41"/>
    <w:multiLevelType w:val="hybridMultilevel"/>
    <w:tmpl w:val="EC40E9C0"/>
    <w:lvl w:ilvl="0" w:tplc="9CA0327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  <w:b/>
        <w:color w:val="74897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B943EC"/>
    <w:multiLevelType w:val="hybridMultilevel"/>
    <w:tmpl w:val="E7322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D061D7"/>
    <w:multiLevelType w:val="hybridMultilevel"/>
    <w:tmpl w:val="8B9ECDB4"/>
    <w:lvl w:ilvl="0" w:tplc="9CA0327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  <w:b/>
        <w:color w:val="74897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915750">
    <w:abstractNumId w:val="8"/>
  </w:num>
  <w:num w:numId="2" w16cid:durableId="2126726085">
    <w:abstractNumId w:val="6"/>
  </w:num>
  <w:num w:numId="3" w16cid:durableId="501051602">
    <w:abstractNumId w:val="5"/>
  </w:num>
  <w:num w:numId="4" w16cid:durableId="1212302106">
    <w:abstractNumId w:val="4"/>
  </w:num>
  <w:num w:numId="5" w16cid:durableId="1940291026">
    <w:abstractNumId w:val="7"/>
  </w:num>
  <w:num w:numId="6" w16cid:durableId="786235399">
    <w:abstractNumId w:val="3"/>
  </w:num>
  <w:num w:numId="7" w16cid:durableId="1546019062">
    <w:abstractNumId w:val="2"/>
  </w:num>
  <w:num w:numId="8" w16cid:durableId="1845853291">
    <w:abstractNumId w:val="1"/>
  </w:num>
  <w:num w:numId="9" w16cid:durableId="226377848">
    <w:abstractNumId w:val="0"/>
  </w:num>
  <w:num w:numId="10" w16cid:durableId="1662657107">
    <w:abstractNumId w:val="9"/>
  </w:num>
  <w:num w:numId="11" w16cid:durableId="1296909444">
    <w:abstractNumId w:val="11"/>
  </w:num>
  <w:num w:numId="12" w16cid:durableId="1476333910">
    <w:abstractNumId w:val="12"/>
  </w:num>
  <w:num w:numId="13" w16cid:durableId="9066938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EA2"/>
    <w:rsid w:val="000173BF"/>
    <w:rsid w:val="000173D9"/>
    <w:rsid w:val="00034616"/>
    <w:rsid w:val="00042458"/>
    <w:rsid w:val="000575A6"/>
    <w:rsid w:val="0006063C"/>
    <w:rsid w:val="000A7E0E"/>
    <w:rsid w:val="000B1A1A"/>
    <w:rsid w:val="000B637D"/>
    <w:rsid w:val="000C0E51"/>
    <w:rsid w:val="00115581"/>
    <w:rsid w:val="00125A2C"/>
    <w:rsid w:val="0013347B"/>
    <w:rsid w:val="001360B1"/>
    <w:rsid w:val="0015074B"/>
    <w:rsid w:val="001803E5"/>
    <w:rsid w:val="00187DB9"/>
    <w:rsid w:val="001A4628"/>
    <w:rsid w:val="001C0409"/>
    <w:rsid w:val="0029639D"/>
    <w:rsid w:val="002A48C2"/>
    <w:rsid w:val="002C1B82"/>
    <w:rsid w:val="00326F90"/>
    <w:rsid w:val="00340CC7"/>
    <w:rsid w:val="00394A7E"/>
    <w:rsid w:val="003C3B27"/>
    <w:rsid w:val="003D219E"/>
    <w:rsid w:val="003D4B0F"/>
    <w:rsid w:val="003F4FE3"/>
    <w:rsid w:val="003F769E"/>
    <w:rsid w:val="00483CD7"/>
    <w:rsid w:val="004C3CDF"/>
    <w:rsid w:val="00512286"/>
    <w:rsid w:val="00551D84"/>
    <w:rsid w:val="005E3A43"/>
    <w:rsid w:val="005E6F12"/>
    <w:rsid w:val="00694DD0"/>
    <w:rsid w:val="006C3FA4"/>
    <w:rsid w:val="006E0277"/>
    <w:rsid w:val="006E29F5"/>
    <w:rsid w:val="006E7B8C"/>
    <w:rsid w:val="006F5A21"/>
    <w:rsid w:val="007353A5"/>
    <w:rsid w:val="007478B3"/>
    <w:rsid w:val="007715DA"/>
    <w:rsid w:val="007920CF"/>
    <w:rsid w:val="007E667E"/>
    <w:rsid w:val="008213EB"/>
    <w:rsid w:val="00834BA1"/>
    <w:rsid w:val="008519A2"/>
    <w:rsid w:val="00880B9D"/>
    <w:rsid w:val="008836E7"/>
    <w:rsid w:val="0093501A"/>
    <w:rsid w:val="00964039"/>
    <w:rsid w:val="009829FE"/>
    <w:rsid w:val="0098743C"/>
    <w:rsid w:val="00990EC1"/>
    <w:rsid w:val="00995E07"/>
    <w:rsid w:val="009E2D95"/>
    <w:rsid w:val="00A17F94"/>
    <w:rsid w:val="00A2252D"/>
    <w:rsid w:val="00A52593"/>
    <w:rsid w:val="00A7682C"/>
    <w:rsid w:val="00AA1D8D"/>
    <w:rsid w:val="00AB3666"/>
    <w:rsid w:val="00AF1784"/>
    <w:rsid w:val="00AF6280"/>
    <w:rsid w:val="00AF7F41"/>
    <w:rsid w:val="00B04F29"/>
    <w:rsid w:val="00B310F6"/>
    <w:rsid w:val="00B42BAE"/>
    <w:rsid w:val="00B47730"/>
    <w:rsid w:val="00B5048B"/>
    <w:rsid w:val="00B52597"/>
    <w:rsid w:val="00BA3633"/>
    <w:rsid w:val="00BA6A49"/>
    <w:rsid w:val="00BA74AB"/>
    <w:rsid w:val="00BC0445"/>
    <w:rsid w:val="00BC4757"/>
    <w:rsid w:val="00C86308"/>
    <w:rsid w:val="00CB0664"/>
    <w:rsid w:val="00CC79BE"/>
    <w:rsid w:val="00D830DD"/>
    <w:rsid w:val="00DA14F7"/>
    <w:rsid w:val="00DD2497"/>
    <w:rsid w:val="00DF0D38"/>
    <w:rsid w:val="00E0475F"/>
    <w:rsid w:val="00E23BF6"/>
    <w:rsid w:val="00EA43A8"/>
    <w:rsid w:val="00EA5305"/>
    <w:rsid w:val="00EB1E84"/>
    <w:rsid w:val="00EB7C54"/>
    <w:rsid w:val="00EE6086"/>
    <w:rsid w:val="00F02134"/>
    <w:rsid w:val="00F1378E"/>
    <w:rsid w:val="00FC693F"/>
    <w:rsid w:val="00FF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14FFE6"/>
  <w14:defaultImageDpi w14:val="330"/>
  <w15:docId w15:val="{FDA2E709-6957-448B-B60E-4304A0689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2A3F45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11558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9FA649E43964397A98DE5708B47E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D0368-1976-4D93-B449-88254A9FC77E}"/>
      </w:docPartPr>
      <w:docPartBody>
        <w:p w:rsidR="000250A3" w:rsidRDefault="004C1474" w:rsidP="004C1474">
          <w:pPr>
            <w:pStyle w:val="E9FA649E43964397A98DE5708B47E9691"/>
          </w:pPr>
          <w:r w:rsidRPr="00FD4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C31C944A264B90A914D5B09A273C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70C84-B37A-427C-8BBF-0CC327287DB4}"/>
      </w:docPartPr>
      <w:docPartBody>
        <w:p w:rsidR="000250A3" w:rsidRDefault="004C1474" w:rsidP="004C1474">
          <w:pPr>
            <w:pStyle w:val="EFC31C944A264B90A914D5B09A273C6A1"/>
          </w:pPr>
          <w:r w:rsidRPr="00FD4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189E8FC7EC4B4B89F947E3398E92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9C72D-1548-4479-A8C4-CABF4C8C21A9}"/>
      </w:docPartPr>
      <w:docPartBody>
        <w:p w:rsidR="000250A3" w:rsidRDefault="004C1474" w:rsidP="004C1474">
          <w:pPr>
            <w:pStyle w:val="82189E8FC7EC4B4B89F947E3398E928E1"/>
          </w:pPr>
          <w:r w:rsidRPr="00FD4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E1C744D7B64F56BCB6E43795EB5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1F440-4CA1-40F6-89E3-5AAA29961FA0}"/>
      </w:docPartPr>
      <w:docPartBody>
        <w:p w:rsidR="00BF3544" w:rsidRDefault="004C1474" w:rsidP="004C1474">
          <w:pPr>
            <w:pStyle w:val="93E1C744D7B64F56BCB6E43795EB59CB1"/>
          </w:pPr>
          <w:r w:rsidRPr="00FD4EE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9DC"/>
    <w:rsid w:val="000250A3"/>
    <w:rsid w:val="001625F1"/>
    <w:rsid w:val="00327D1F"/>
    <w:rsid w:val="004C1474"/>
    <w:rsid w:val="004E7B98"/>
    <w:rsid w:val="005773E5"/>
    <w:rsid w:val="008213EB"/>
    <w:rsid w:val="00AB3666"/>
    <w:rsid w:val="00BC0445"/>
    <w:rsid w:val="00BF3544"/>
    <w:rsid w:val="00C711C5"/>
    <w:rsid w:val="00CB49DC"/>
    <w:rsid w:val="00DA14F7"/>
    <w:rsid w:val="00DF0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C1474"/>
    <w:rPr>
      <w:color w:val="666666"/>
    </w:rPr>
  </w:style>
  <w:style w:type="paragraph" w:customStyle="1" w:styleId="E9FA649E43964397A98DE5708B47E969">
    <w:name w:val="E9FA649E43964397A98DE5708B47E969"/>
    <w:rsid w:val="00C711C5"/>
    <w:pPr>
      <w:spacing w:after="0" w:line="276" w:lineRule="auto"/>
    </w:pPr>
    <w:rPr>
      <w:rFonts w:ascii="Aptos" w:hAnsi="Aptos"/>
      <w:color w:val="2A3F45"/>
      <w:kern w:val="0"/>
      <w:sz w:val="17"/>
      <w:szCs w:val="22"/>
      <w14:ligatures w14:val="none"/>
    </w:rPr>
  </w:style>
  <w:style w:type="paragraph" w:customStyle="1" w:styleId="EFC31C944A264B90A914D5B09A273C6A">
    <w:name w:val="EFC31C944A264B90A914D5B09A273C6A"/>
    <w:rsid w:val="00C711C5"/>
    <w:pPr>
      <w:spacing w:after="0" w:line="276" w:lineRule="auto"/>
    </w:pPr>
    <w:rPr>
      <w:rFonts w:ascii="Aptos" w:hAnsi="Aptos"/>
      <w:color w:val="2A3F45"/>
      <w:kern w:val="0"/>
      <w:sz w:val="17"/>
      <w:szCs w:val="22"/>
      <w14:ligatures w14:val="none"/>
    </w:rPr>
  </w:style>
  <w:style w:type="paragraph" w:customStyle="1" w:styleId="82189E8FC7EC4B4B89F947E3398E928E">
    <w:name w:val="82189E8FC7EC4B4B89F947E3398E928E"/>
    <w:rsid w:val="00C711C5"/>
    <w:pPr>
      <w:spacing w:after="0" w:line="276" w:lineRule="auto"/>
    </w:pPr>
    <w:rPr>
      <w:rFonts w:ascii="Aptos" w:hAnsi="Aptos"/>
      <w:color w:val="2A3F45"/>
      <w:kern w:val="0"/>
      <w:sz w:val="17"/>
      <w:szCs w:val="22"/>
      <w14:ligatures w14:val="none"/>
    </w:rPr>
  </w:style>
  <w:style w:type="paragraph" w:customStyle="1" w:styleId="93E1C744D7B64F56BCB6E43795EB59CB">
    <w:name w:val="93E1C744D7B64F56BCB6E43795EB59CB"/>
    <w:rsid w:val="00327D1F"/>
  </w:style>
  <w:style w:type="paragraph" w:customStyle="1" w:styleId="E9FA649E43964397A98DE5708B47E9691">
    <w:name w:val="E9FA649E43964397A98DE5708B47E9691"/>
    <w:rsid w:val="004C1474"/>
    <w:pPr>
      <w:spacing w:after="0" w:line="276" w:lineRule="auto"/>
    </w:pPr>
    <w:rPr>
      <w:rFonts w:ascii="Aptos" w:hAnsi="Aptos"/>
      <w:color w:val="2A3F45"/>
      <w:kern w:val="0"/>
      <w:sz w:val="17"/>
      <w:szCs w:val="22"/>
      <w14:ligatures w14:val="none"/>
    </w:rPr>
  </w:style>
  <w:style w:type="paragraph" w:customStyle="1" w:styleId="93E1C744D7B64F56BCB6E43795EB59CB1">
    <w:name w:val="93E1C744D7B64F56BCB6E43795EB59CB1"/>
    <w:rsid w:val="004C1474"/>
    <w:pPr>
      <w:spacing w:after="0" w:line="276" w:lineRule="auto"/>
    </w:pPr>
    <w:rPr>
      <w:rFonts w:ascii="Aptos" w:hAnsi="Aptos"/>
      <w:color w:val="2A3F45"/>
      <w:kern w:val="0"/>
      <w:sz w:val="17"/>
      <w:szCs w:val="22"/>
      <w14:ligatures w14:val="none"/>
    </w:rPr>
  </w:style>
  <w:style w:type="paragraph" w:customStyle="1" w:styleId="EFC31C944A264B90A914D5B09A273C6A1">
    <w:name w:val="EFC31C944A264B90A914D5B09A273C6A1"/>
    <w:rsid w:val="004C1474"/>
    <w:pPr>
      <w:spacing w:after="0" w:line="276" w:lineRule="auto"/>
    </w:pPr>
    <w:rPr>
      <w:rFonts w:ascii="Aptos" w:hAnsi="Aptos"/>
      <w:color w:val="2A3F45"/>
      <w:kern w:val="0"/>
      <w:sz w:val="17"/>
      <w:szCs w:val="22"/>
      <w14:ligatures w14:val="none"/>
    </w:rPr>
  </w:style>
  <w:style w:type="paragraph" w:customStyle="1" w:styleId="82189E8FC7EC4B4B89F947E3398E928E1">
    <w:name w:val="82189E8FC7EC4B4B89F947E3398E928E1"/>
    <w:rsid w:val="004C1474"/>
    <w:pPr>
      <w:spacing w:after="0" w:line="276" w:lineRule="auto"/>
    </w:pPr>
    <w:rPr>
      <w:rFonts w:ascii="Aptos" w:hAnsi="Aptos"/>
      <w:color w:val="2A3F45"/>
      <w:kern w:val="0"/>
      <w:sz w:val="17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Martha Smallwood</cp:lastModifiedBy>
  <cp:revision>27</cp:revision>
  <cp:lastPrinted>2026-10-17T23:32:00Z</cp:lastPrinted>
  <dcterms:created xsi:type="dcterms:W3CDTF">2026-10-22T02:04:00Z</dcterms:created>
  <dcterms:modified xsi:type="dcterms:W3CDTF">2026-10-22T16:06:00Z</dcterms:modified>
  <cp:category/>
</cp:coreProperties>
</file>